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8D3DA" w14:textId="166E8D79" w:rsidR="00A65D2A" w:rsidRPr="00A65D2A" w:rsidRDefault="00A65D2A" w:rsidP="00A65D2A">
      <w:pPr>
        <w:spacing w:after="0" w:line="259" w:lineRule="auto"/>
        <w:jc w:val="both"/>
        <w:rPr>
          <w:rFonts w:asciiTheme="majorHAnsi" w:hAnsiTheme="majorHAnsi" w:cstheme="majorHAnsi"/>
          <w:b/>
          <w:bCs/>
          <w:color w:val="EE0000"/>
          <w:sz w:val="24"/>
          <w:szCs w:val="24"/>
        </w:rPr>
      </w:pPr>
      <w:r w:rsidRPr="00A65D2A">
        <w:rPr>
          <w:rFonts w:asciiTheme="majorHAnsi" w:hAnsiTheme="majorHAnsi" w:cstheme="majorHAnsi"/>
          <w:b/>
          <w:bCs/>
          <w:color w:val="EE0000"/>
          <w:sz w:val="24"/>
          <w:szCs w:val="24"/>
        </w:rPr>
        <w:t xml:space="preserve">Please send this form to </w:t>
      </w:r>
      <w:hyperlink r:id="rId8" w:history="1">
        <w:r w:rsidRPr="00A65D2A">
          <w:rPr>
            <w:rStyle w:val="Hyperlink"/>
            <w:rFonts w:asciiTheme="majorHAnsi" w:hAnsiTheme="majorHAnsi" w:cstheme="majorHAnsi"/>
            <w:b/>
            <w:bCs/>
            <w:color w:val="EE0000"/>
            <w:sz w:val="24"/>
            <w:szCs w:val="24"/>
          </w:rPr>
          <w:t>nhsbsolicb.receptionywhc@nhs.net</w:t>
        </w:r>
      </w:hyperlink>
      <w:r w:rsidRPr="00A65D2A">
        <w:rPr>
          <w:rFonts w:asciiTheme="majorHAnsi" w:hAnsiTheme="majorHAnsi" w:cstheme="majorHAnsi"/>
          <w:b/>
          <w:bCs/>
          <w:color w:val="EE0000"/>
          <w:sz w:val="24"/>
          <w:szCs w:val="24"/>
        </w:rPr>
        <w:t xml:space="preserve"> and mark FAO: Complaints Team</w:t>
      </w:r>
      <w:r>
        <w:rPr>
          <w:rFonts w:asciiTheme="majorHAnsi" w:hAnsiTheme="majorHAnsi" w:cstheme="majorHAnsi"/>
          <w:b/>
          <w:bCs/>
          <w:color w:val="EE0000"/>
          <w:sz w:val="24"/>
          <w:szCs w:val="24"/>
        </w:rPr>
        <w:t xml:space="preserve"> o</w:t>
      </w:r>
      <w:r w:rsidRPr="00A65D2A">
        <w:rPr>
          <w:rFonts w:asciiTheme="majorHAnsi" w:hAnsiTheme="majorHAnsi" w:cstheme="majorHAnsi"/>
          <w:b/>
          <w:bCs/>
          <w:color w:val="EE0000"/>
          <w:sz w:val="24"/>
          <w:szCs w:val="24"/>
        </w:rPr>
        <w:t>r hand into reception</w:t>
      </w:r>
    </w:p>
    <w:p w14:paraId="5410547C" w14:textId="2A362357" w:rsidR="00A65D2A" w:rsidRPr="00A65D2A" w:rsidRDefault="009D61FC" w:rsidP="00A65D2A">
      <w:pPr>
        <w:spacing w:after="160" w:line="259" w:lineRule="auto"/>
        <w:jc w:val="center"/>
        <w:rPr>
          <w:rFonts w:asciiTheme="majorHAnsi" w:eastAsiaTheme="minorHAnsi" w:hAnsiTheme="majorHAnsi" w:cstheme="majorHAnsi"/>
          <w:b/>
          <w:bCs/>
          <w:sz w:val="36"/>
          <w:szCs w:val="36"/>
        </w:rPr>
      </w:pPr>
      <w:r w:rsidRPr="00A65D2A">
        <w:rPr>
          <w:rFonts w:asciiTheme="majorHAnsi" w:hAnsiTheme="majorHAnsi" w:cstheme="majorHAnsi"/>
          <w:b/>
          <w:bCs/>
          <w:sz w:val="32"/>
          <w:szCs w:val="32"/>
        </w:rPr>
        <w:t>Patient Complaint Form</w:t>
      </w:r>
    </w:p>
    <w:p w14:paraId="280691FC" w14:textId="2CF63678" w:rsidR="00886D54" w:rsidRPr="00A65D2A" w:rsidRDefault="009D61FC">
      <w:pPr>
        <w:rPr>
          <w:rFonts w:asciiTheme="majorHAnsi" w:hAnsiTheme="majorHAnsi" w:cstheme="majorHAnsi"/>
        </w:rPr>
      </w:pPr>
      <w:r w:rsidRPr="00A65D2A">
        <w:rPr>
          <w:rFonts w:asciiTheme="majorHAnsi" w:hAnsiTheme="majorHAnsi" w:cstheme="majorHAnsi"/>
        </w:rPr>
        <w:t>Thank you for taking the time to tell us about your concerns. We are committed to providing the highest standard of care and welcome your feedback. Your complaint will be handled confidentially and in accordance with the NHS Complaints Regulations.</w:t>
      </w:r>
    </w:p>
    <w:p w14:paraId="1F1B36C2" w14:textId="77777777" w:rsidR="00886D54" w:rsidRPr="00A65D2A" w:rsidRDefault="009D61FC">
      <w:pPr>
        <w:pStyle w:val="Heading2"/>
        <w:rPr>
          <w:rFonts w:cstheme="majorHAnsi"/>
        </w:rPr>
      </w:pPr>
      <w:r w:rsidRPr="00A65D2A">
        <w:rPr>
          <w:rFonts w:cstheme="majorHAnsi"/>
        </w:rPr>
        <w:t>Patient Details</w:t>
      </w:r>
    </w:p>
    <w:p w14:paraId="72106B84" w14:textId="77777777" w:rsidR="00886D54" w:rsidRPr="00A65D2A" w:rsidRDefault="009D61FC">
      <w:pPr>
        <w:rPr>
          <w:rFonts w:asciiTheme="majorHAnsi" w:hAnsiTheme="majorHAnsi" w:cstheme="majorHAnsi"/>
        </w:rPr>
      </w:pPr>
      <w:r w:rsidRPr="00A65D2A">
        <w:rPr>
          <w:rFonts w:asciiTheme="majorHAnsi" w:hAnsiTheme="majorHAnsi" w:cstheme="majorHAnsi"/>
        </w:rPr>
        <w:t>Full Name: _________________________________</w:t>
      </w:r>
    </w:p>
    <w:p w14:paraId="7AF9AC3F" w14:textId="77777777" w:rsidR="00886D54" w:rsidRPr="00A65D2A" w:rsidRDefault="009D61FC">
      <w:pPr>
        <w:rPr>
          <w:rFonts w:asciiTheme="majorHAnsi" w:hAnsiTheme="majorHAnsi" w:cstheme="majorHAnsi"/>
        </w:rPr>
      </w:pPr>
      <w:r w:rsidRPr="00A65D2A">
        <w:rPr>
          <w:rFonts w:asciiTheme="majorHAnsi" w:hAnsiTheme="majorHAnsi" w:cstheme="majorHAnsi"/>
        </w:rPr>
        <w:t>Date of Birth: ____ / ____ / ______</w:t>
      </w:r>
    </w:p>
    <w:p w14:paraId="5751F27C" w14:textId="77777777" w:rsidR="00886D54" w:rsidRPr="00A65D2A" w:rsidRDefault="009D61FC">
      <w:pPr>
        <w:rPr>
          <w:rFonts w:asciiTheme="majorHAnsi" w:hAnsiTheme="majorHAnsi" w:cstheme="majorHAnsi"/>
        </w:rPr>
      </w:pPr>
      <w:r w:rsidRPr="00A65D2A">
        <w:rPr>
          <w:rFonts w:asciiTheme="majorHAnsi" w:hAnsiTheme="majorHAnsi" w:cstheme="majorHAnsi"/>
        </w:rPr>
        <w:t>Address: _________________________________________________</w:t>
      </w:r>
    </w:p>
    <w:p w14:paraId="7DD053CA" w14:textId="77777777" w:rsidR="00886D54" w:rsidRPr="00A65D2A" w:rsidRDefault="009D61FC">
      <w:pPr>
        <w:rPr>
          <w:rFonts w:asciiTheme="majorHAnsi" w:hAnsiTheme="majorHAnsi" w:cstheme="majorHAnsi"/>
        </w:rPr>
      </w:pPr>
      <w:r w:rsidRPr="00A65D2A">
        <w:rPr>
          <w:rFonts w:asciiTheme="majorHAnsi" w:hAnsiTheme="majorHAnsi" w:cstheme="majorHAnsi"/>
        </w:rPr>
        <w:t>Telephone Number: ___________________________</w:t>
      </w:r>
    </w:p>
    <w:p w14:paraId="3C2B56EE" w14:textId="77777777" w:rsidR="00886D54" w:rsidRPr="00A65D2A" w:rsidRDefault="009D61FC">
      <w:pPr>
        <w:rPr>
          <w:rFonts w:asciiTheme="majorHAnsi" w:hAnsiTheme="majorHAnsi" w:cstheme="majorHAnsi"/>
        </w:rPr>
      </w:pPr>
      <w:r w:rsidRPr="00A65D2A">
        <w:rPr>
          <w:rFonts w:asciiTheme="majorHAnsi" w:hAnsiTheme="majorHAnsi" w:cstheme="majorHAnsi"/>
        </w:rPr>
        <w:t>Email Address: ______________________________</w:t>
      </w:r>
    </w:p>
    <w:p w14:paraId="65B2CDB0" w14:textId="77777777" w:rsidR="00886D54" w:rsidRPr="00A65D2A" w:rsidRDefault="009D61FC">
      <w:pPr>
        <w:pStyle w:val="Heading2"/>
        <w:rPr>
          <w:rFonts w:cstheme="majorHAnsi"/>
        </w:rPr>
      </w:pPr>
      <w:r w:rsidRPr="00A65D2A">
        <w:rPr>
          <w:rFonts w:cstheme="majorHAnsi"/>
        </w:rPr>
        <w:t>If you are complaining on behalf of someone else</w:t>
      </w:r>
    </w:p>
    <w:p w14:paraId="1789C1FD" w14:textId="77777777" w:rsidR="00886D54" w:rsidRPr="00A65D2A" w:rsidRDefault="009D61FC" w:rsidP="00A65D2A">
      <w:pPr>
        <w:spacing w:after="0"/>
        <w:rPr>
          <w:rFonts w:asciiTheme="majorHAnsi" w:hAnsiTheme="majorHAnsi" w:cstheme="majorHAnsi"/>
        </w:rPr>
      </w:pPr>
      <w:r w:rsidRPr="00A65D2A">
        <w:rPr>
          <w:rFonts w:asciiTheme="majorHAnsi" w:hAnsiTheme="majorHAnsi" w:cstheme="majorHAnsi"/>
        </w:rPr>
        <w:t>Name of Patient: ____________________________</w:t>
      </w:r>
    </w:p>
    <w:p w14:paraId="1AE3D3B7" w14:textId="77777777" w:rsidR="00886D54" w:rsidRPr="00A65D2A" w:rsidRDefault="009D61FC" w:rsidP="00A65D2A">
      <w:pPr>
        <w:spacing w:after="0"/>
        <w:rPr>
          <w:rFonts w:asciiTheme="majorHAnsi" w:hAnsiTheme="majorHAnsi" w:cstheme="majorHAnsi"/>
        </w:rPr>
      </w:pPr>
      <w:r w:rsidRPr="00A65D2A">
        <w:rPr>
          <w:rFonts w:asciiTheme="majorHAnsi" w:hAnsiTheme="majorHAnsi" w:cstheme="majorHAnsi"/>
        </w:rPr>
        <w:t>Relationship to Patient: _____________________</w:t>
      </w:r>
    </w:p>
    <w:p w14:paraId="313DCDED" w14:textId="77777777" w:rsidR="00886D54" w:rsidRPr="00A65D2A" w:rsidRDefault="009D61FC" w:rsidP="00A65D2A">
      <w:pPr>
        <w:spacing w:after="0"/>
        <w:rPr>
          <w:rFonts w:asciiTheme="majorHAnsi" w:hAnsiTheme="majorHAnsi" w:cstheme="majorHAnsi"/>
        </w:rPr>
      </w:pPr>
      <w:r w:rsidRPr="00A65D2A">
        <w:rPr>
          <w:rFonts w:ascii="Segoe UI Symbol" w:hAnsi="Segoe UI Symbol" w:cs="Segoe UI Symbol"/>
        </w:rPr>
        <w:t>☐</w:t>
      </w:r>
      <w:r w:rsidRPr="00A65D2A">
        <w:rPr>
          <w:rFonts w:asciiTheme="majorHAnsi" w:hAnsiTheme="majorHAnsi" w:cstheme="majorHAnsi"/>
        </w:rPr>
        <w:t xml:space="preserve"> I have the patient's consent to act on their behalf.</w:t>
      </w:r>
    </w:p>
    <w:p w14:paraId="2B11CAA6" w14:textId="77777777" w:rsidR="00886D54" w:rsidRPr="00A65D2A" w:rsidRDefault="009D61FC">
      <w:pPr>
        <w:pStyle w:val="Heading2"/>
        <w:rPr>
          <w:rFonts w:cstheme="majorHAnsi"/>
        </w:rPr>
      </w:pPr>
      <w:r w:rsidRPr="00A65D2A">
        <w:rPr>
          <w:rFonts w:cstheme="majorHAnsi"/>
        </w:rPr>
        <w:t>Details of Your Complaint</w:t>
      </w:r>
    </w:p>
    <w:p w14:paraId="64981C11" w14:textId="60F3C438" w:rsidR="00886D54" w:rsidRDefault="009D61FC" w:rsidP="00A65D2A">
      <w:pPr>
        <w:pStyle w:val="ListParagraph"/>
        <w:numPr>
          <w:ilvl w:val="0"/>
          <w:numId w:val="10"/>
        </w:numPr>
        <w:rPr>
          <w:rFonts w:asciiTheme="majorHAnsi" w:hAnsiTheme="majorHAnsi" w:cstheme="majorHAnsi"/>
        </w:rPr>
      </w:pPr>
      <w:r w:rsidRPr="00A65D2A">
        <w:rPr>
          <w:rFonts w:asciiTheme="majorHAnsi" w:hAnsiTheme="majorHAnsi" w:cstheme="majorHAnsi"/>
        </w:rPr>
        <w:t>What happened?</w:t>
      </w:r>
      <w:r w:rsidRPr="00A65D2A">
        <w:rPr>
          <w:rFonts w:asciiTheme="majorHAnsi" w:hAnsiTheme="majorHAnsi" w:cstheme="majorHAnsi"/>
        </w:rPr>
        <w:br/>
      </w:r>
    </w:p>
    <w:p w14:paraId="6C5D43A4" w14:textId="77777777" w:rsidR="00A65D2A" w:rsidRDefault="00A65D2A" w:rsidP="00A65D2A">
      <w:pPr>
        <w:rPr>
          <w:rFonts w:asciiTheme="majorHAnsi" w:hAnsiTheme="majorHAnsi" w:cstheme="majorHAnsi"/>
        </w:rPr>
      </w:pPr>
    </w:p>
    <w:p w14:paraId="04FE2D10" w14:textId="77777777" w:rsidR="00A65D2A" w:rsidRDefault="00A65D2A" w:rsidP="00A65D2A">
      <w:pPr>
        <w:rPr>
          <w:rFonts w:asciiTheme="majorHAnsi" w:hAnsiTheme="majorHAnsi" w:cstheme="majorHAnsi"/>
        </w:rPr>
      </w:pPr>
    </w:p>
    <w:p w14:paraId="6E735C29" w14:textId="77777777" w:rsidR="00A65D2A" w:rsidRDefault="00A65D2A" w:rsidP="00A65D2A">
      <w:pPr>
        <w:rPr>
          <w:rFonts w:asciiTheme="majorHAnsi" w:hAnsiTheme="majorHAnsi" w:cstheme="majorHAnsi"/>
        </w:rPr>
      </w:pPr>
    </w:p>
    <w:p w14:paraId="017C3C86" w14:textId="77777777" w:rsidR="00A65D2A" w:rsidRDefault="00A65D2A" w:rsidP="00A65D2A">
      <w:pPr>
        <w:rPr>
          <w:rFonts w:asciiTheme="majorHAnsi" w:hAnsiTheme="majorHAnsi" w:cstheme="majorHAnsi"/>
        </w:rPr>
      </w:pPr>
    </w:p>
    <w:p w14:paraId="7CEF7844" w14:textId="77777777" w:rsidR="00A65D2A" w:rsidRDefault="00A65D2A" w:rsidP="00A65D2A">
      <w:pPr>
        <w:rPr>
          <w:rFonts w:asciiTheme="majorHAnsi" w:hAnsiTheme="majorHAnsi" w:cstheme="majorHAnsi"/>
        </w:rPr>
      </w:pPr>
    </w:p>
    <w:p w14:paraId="4FD64870" w14:textId="77777777" w:rsidR="00A65D2A" w:rsidRDefault="00A65D2A" w:rsidP="00A65D2A">
      <w:pPr>
        <w:rPr>
          <w:rFonts w:asciiTheme="majorHAnsi" w:hAnsiTheme="majorHAnsi" w:cstheme="majorHAnsi"/>
        </w:rPr>
      </w:pPr>
    </w:p>
    <w:p w14:paraId="78B8A7C9" w14:textId="77777777" w:rsidR="00A65D2A" w:rsidRDefault="00A65D2A" w:rsidP="00A65D2A">
      <w:pPr>
        <w:rPr>
          <w:rFonts w:asciiTheme="majorHAnsi" w:hAnsiTheme="majorHAnsi" w:cstheme="majorHAnsi"/>
        </w:rPr>
      </w:pPr>
    </w:p>
    <w:p w14:paraId="0F7ACC98" w14:textId="77777777" w:rsidR="00A65D2A" w:rsidRDefault="00A65D2A" w:rsidP="00A65D2A">
      <w:pPr>
        <w:rPr>
          <w:rFonts w:asciiTheme="majorHAnsi" w:hAnsiTheme="majorHAnsi" w:cstheme="majorHAnsi"/>
        </w:rPr>
      </w:pPr>
    </w:p>
    <w:p w14:paraId="738BEC65" w14:textId="77777777" w:rsidR="00A65D2A" w:rsidRPr="00A65D2A" w:rsidRDefault="00A65D2A" w:rsidP="00A65D2A">
      <w:pPr>
        <w:rPr>
          <w:rFonts w:asciiTheme="majorHAnsi" w:hAnsiTheme="majorHAnsi" w:cstheme="majorHAnsi"/>
        </w:rPr>
      </w:pPr>
    </w:p>
    <w:p w14:paraId="3A79A93E" w14:textId="77777777" w:rsidR="00886D54" w:rsidRDefault="009D61FC">
      <w:pPr>
        <w:rPr>
          <w:rFonts w:asciiTheme="majorHAnsi" w:hAnsiTheme="majorHAnsi" w:cstheme="majorHAnsi"/>
        </w:rPr>
      </w:pPr>
      <w:r w:rsidRPr="00A65D2A">
        <w:rPr>
          <w:rFonts w:asciiTheme="majorHAnsi" w:hAnsiTheme="majorHAnsi" w:cstheme="majorHAnsi"/>
        </w:rPr>
        <w:t>2. When did this happen?</w:t>
      </w:r>
      <w:r w:rsidRPr="00A65D2A">
        <w:rPr>
          <w:rFonts w:asciiTheme="majorHAnsi" w:hAnsiTheme="majorHAnsi" w:cstheme="majorHAnsi"/>
        </w:rPr>
        <w:br/>
        <w:t>Date(s</w:t>
      </w:r>
      <w:proofErr w:type="gramStart"/>
      <w:r w:rsidRPr="00A65D2A">
        <w:rPr>
          <w:rFonts w:asciiTheme="majorHAnsi" w:hAnsiTheme="majorHAnsi" w:cstheme="majorHAnsi"/>
        </w:rPr>
        <w:t>): __</w:t>
      </w:r>
      <w:proofErr w:type="gramEnd"/>
      <w:r w:rsidRPr="00A65D2A">
        <w:rPr>
          <w:rFonts w:asciiTheme="majorHAnsi" w:hAnsiTheme="majorHAnsi" w:cstheme="majorHAnsi"/>
        </w:rPr>
        <w:t>___________________   Time(s): _____________________</w:t>
      </w:r>
    </w:p>
    <w:p w14:paraId="3E1628E2" w14:textId="77777777" w:rsidR="00A65D2A" w:rsidRPr="00A65D2A" w:rsidRDefault="00A65D2A">
      <w:pPr>
        <w:rPr>
          <w:rFonts w:asciiTheme="majorHAnsi" w:hAnsiTheme="majorHAnsi" w:cstheme="majorHAnsi"/>
        </w:rPr>
      </w:pPr>
    </w:p>
    <w:p w14:paraId="685E8D08" w14:textId="77777777" w:rsidR="00886D54" w:rsidRPr="00A65D2A" w:rsidRDefault="009D61FC">
      <w:pPr>
        <w:rPr>
          <w:rFonts w:asciiTheme="majorHAnsi" w:hAnsiTheme="majorHAnsi" w:cstheme="majorHAnsi"/>
        </w:rPr>
      </w:pPr>
      <w:r w:rsidRPr="00A65D2A">
        <w:rPr>
          <w:rFonts w:asciiTheme="majorHAnsi" w:hAnsiTheme="majorHAnsi" w:cstheme="majorHAnsi"/>
        </w:rPr>
        <w:t>3. Which service was involved?</w:t>
      </w:r>
      <w:r w:rsidRPr="00A65D2A">
        <w:rPr>
          <w:rFonts w:asciiTheme="majorHAnsi" w:hAnsiTheme="majorHAnsi" w:cstheme="majorHAnsi"/>
        </w:rPr>
        <w:br/>
      </w:r>
      <w:r w:rsidRPr="00A65D2A">
        <w:rPr>
          <w:rFonts w:ascii="Segoe UI Symbol" w:hAnsi="Segoe UI Symbol" w:cs="Segoe UI Symbol"/>
        </w:rPr>
        <w:t>☐</w:t>
      </w:r>
      <w:r w:rsidRPr="00A65D2A">
        <w:rPr>
          <w:rFonts w:asciiTheme="majorHAnsi" w:hAnsiTheme="majorHAnsi" w:cstheme="majorHAnsi"/>
        </w:rPr>
        <w:t xml:space="preserve"> Reception  </w:t>
      </w:r>
      <w:r w:rsidRPr="00A65D2A">
        <w:rPr>
          <w:rFonts w:ascii="Segoe UI Symbol" w:hAnsi="Segoe UI Symbol" w:cs="Segoe UI Symbol"/>
        </w:rPr>
        <w:t>☐</w:t>
      </w:r>
      <w:r w:rsidRPr="00A65D2A">
        <w:rPr>
          <w:rFonts w:asciiTheme="majorHAnsi" w:hAnsiTheme="majorHAnsi" w:cstheme="majorHAnsi"/>
        </w:rPr>
        <w:t xml:space="preserve"> GP  </w:t>
      </w:r>
      <w:r w:rsidRPr="00A65D2A">
        <w:rPr>
          <w:rFonts w:ascii="Segoe UI Symbol" w:hAnsi="Segoe UI Symbol" w:cs="Segoe UI Symbol"/>
        </w:rPr>
        <w:t>☐</w:t>
      </w:r>
      <w:r w:rsidRPr="00A65D2A">
        <w:rPr>
          <w:rFonts w:asciiTheme="majorHAnsi" w:hAnsiTheme="majorHAnsi" w:cstheme="majorHAnsi"/>
        </w:rPr>
        <w:t xml:space="preserve"> Nurse  </w:t>
      </w:r>
      <w:r w:rsidRPr="00A65D2A">
        <w:rPr>
          <w:rFonts w:ascii="Segoe UI Symbol" w:hAnsi="Segoe UI Symbol" w:cs="Segoe UI Symbol"/>
        </w:rPr>
        <w:t>☐</w:t>
      </w:r>
      <w:r w:rsidRPr="00A65D2A">
        <w:rPr>
          <w:rFonts w:asciiTheme="majorHAnsi" w:hAnsiTheme="majorHAnsi" w:cstheme="majorHAnsi"/>
        </w:rPr>
        <w:t xml:space="preserve"> Healthcare Assistant</w:t>
      </w:r>
      <w:r w:rsidRPr="00A65D2A">
        <w:rPr>
          <w:rFonts w:asciiTheme="majorHAnsi" w:hAnsiTheme="majorHAnsi" w:cstheme="majorHAnsi"/>
        </w:rPr>
        <w:br/>
      </w:r>
      <w:r w:rsidRPr="00A65D2A">
        <w:rPr>
          <w:rFonts w:ascii="Segoe UI Symbol" w:hAnsi="Segoe UI Symbol" w:cs="Segoe UI Symbol"/>
        </w:rPr>
        <w:t>☐</w:t>
      </w:r>
      <w:r w:rsidRPr="00A65D2A">
        <w:rPr>
          <w:rFonts w:asciiTheme="majorHAnsi" w:hAnsiTheme="majorHAnsi" w:cstheme="majorHAnsi"/>
        </w:rPr>
        <w:t xml:space="preserve"> Pharmacist  </w:t>
      </w:r>
      <w:r w:rsidRPr="00A65D2A">
        <w:rPr>
          <w:rFonts w:ascii="Segoe UI Symbol" w:hAnsi="Segoe UI Symbol" w:cs="Segoe UI Symbol"/>
        </w:rPr>
        <w:t>☐</w:t>
      </w:r>
      <w:r w:rsidRPr="00A65D2A">
        <w:rPr>
          <w:rFonts w:asciiTheme="majorHAnsi" w:hAnsiTheme="majorHAnsi" w:cstheme="majorHAnsi"/>
        </w:rPr>
        <w:t xml:space="preserve"> Administration Team  </w:t>
      </w:r>
      <w:r w:rsidRPr="00A65D2A">
        <w:rPr>
          <w:rFonts w:ascii="Segoe UI Symbol" w:hAnsi="Segoe UI Symbol" w:cs="Segoe UI Symbol"/>
        </w:rPr>
        <w:t>☐</w:t>
      </w:r>
      <w:r w:rsidRPr="00A65D2A">
        <w:rPr>
          <w:rFonts w:asciiTheme="majorHAnsi" w:hAnsiTheme="majorHAnsi" w:cstheme="majorHAnsi"/>
        </w:rPr>
        <w:t xml:space="preserve"> Practice Management</w:t>
      </w:r>
      <w:r w:rsidRPr="00A65D2A">
        <w:rPr>
          <w:rFonts w:asciiTheme="majorHAnsi" w:hAnsiTheme="majorHAnsi" w:cstheme="majorHAnsi"/>
        </w:rPr>
        <w:br/>
      </w:r>
      <w:r w:rsidRPr="00A65D2A">
        <w:rPr>
          <w:rFonts w:ascii="Segoe UI Symbol" w:hAnsi="Segoe UI Symbol" w:cs="Segoe UI Symbol"/>
        </w:rPr>
        <w:t>☐</w:t>
      </w:r>
      <w:r w:rsidRPr="00A65D2A">
        <w:rPr>
          <w:rFonts w:asciiTheme="majorHAnsi" w:hAnsiTheme="majorHAnsi" w:cstheme="majorHAnsi"/>
        </w:rPr>
        <w:t xml:space="preserve"> Other: ____________________________</w:t>
      </w:r>
    </w:p>
    <w:p w14:paraId="0E556020" w14:textId="732B294F" w:rsidR="00886D54" w:rsidRDefault="009D61FC">
      <w:pPr>
        <w:rPr>
          <w:rFonts w:asciiTheme="majorHAnsi" w:hAnsiTheme="majorHAnsi" w:cstheme="majorHAnsi"/>
        </w:rPr>
      </w:pPr>
      <w:r w:rsidRPr="00A65D2A">
        <w:rPr>
          <w:rFonts w:asciiTheme="majorHAnsi" w:hAnsiTheme="majorHAnsi" w:cstheme="majorHAnsi"/>
        </w:rPr>
        <w:t>4. What impact did this have on you?</w:t>
      </w:r>
      <w:r w:rsidRPr="00A65D2A">
        <w:rPr>
          <w:rFonts w:asciiTheme="majorHAnsi" w:hAnsiTheme="majorHAnsi" w:cstheme="majorHAnsi"/>
        </w:rPr>
        <w:br/>
      </w:r>
      <w:r w:rsidRPr="00A65D2A">
        <w:rPr>
          <w:rFonts w:asciiTheme="majorHAnsi" w:hAnsiTheme="majorHAnsi" w:cstheme="majorHAnsi"/>
        </w:rPr>
        <w:br/>
      </w:r>
    </w:p>
    <w:p w14:paraId="03BCC31F" w14:textId="77777777" w:rsidR="00A65D2A" w:rsidRDefault="00A65D2A">
      <w:pPr>
        <w:rPr>
          <w:rFonts w:asciiTheme="majorHAnsi" w:hAnsiTheme="majorHAnsi" w:cstheme="majorHAnsi"/>
        </w:rPr>
      </w:pPr>
    </w:p>
    <w:p w14:paraId="4A3F6804" w14:textId="77777777" w:rsidR="00A65D2A" w:rsidRPr="00A65D2A" w:rsidRDefault="00A65D2A">
      <w:pPr>
        <w:rPr>
          <w:rFonts w:asciiTheme="majorHAnsi" w:hAnsiTheme="majorHAnsi" w:cstheme="majorHAnsi"/>
        </w:rPr>
      </w:pPr>
    </w:p>
    <w:p w14:paraId="7C555488" w14:textId="20BD4802" w:rsidR="00886D54" w:rsidRDefault="009D61FC">
      <w:pPr>
        <w:rPr>
          <w:rFonts w:asciiTheme="majorHAnsi" w:hAnsiTheme="majorHAnsi" w:cstheme="majorHAnsi"/>
        </w:rPr>
      </w:pPr>
      <w:r w:rsidRPr="00A65D2A">
        <w:rPr>
          <w:rFonts w:asciiTheme="majorHAnsi" w:hAnsiTheme="majorHAnsi" w:cstheme="majorHAnsi"/>
        </w:rPr>
        <w:t>5. What outcome are you hoping for?</w:t>
      </w:r>
      <w:r w:rsidRPr="00A65D2A">
        <w:rPr>
          <w:rFonts w:asciiTheme="majorHAnsi" w:hAnsiTheme="majorHAnsi" w:cstheme="majorHAnsi"/>
        </w:rPr>
        <w:br/>
      </w:r>
      <w:r w:rsidRPr="00A65D2A">
        <w:rPr>
          <w:rFonts w:asciiTheme="majorHAnsi" w:hAnsiTheme="majorHAnsi" w:cstheme="majorHAnsi"/>
        </w:rPr>
        <w:br/>
      </w:r>
    </w:p>
    <w:p w14:paraId="09AF8C41" w14:textId="77777777" w:rsidR="00A65D2A" w:rsidRDefault="00A65D2A">
      <w:pPr>
        <w:rPr>
          <w:rFonts w:asciiTheme="majorHAnsi" w:hAnsiTheme="majorHAnsi" w:cstheme="majorHAnsi"/>
        </w:rPr>
      </w:pPr>
    </w:p>
    <w:p w14:paraId="6EFD8ABC" w14:textId="77777777" w:rsidR="00A65D2A" w:rsidRPr="00A65D2A" w:rsidRDefault="00A65D2A">
      <w:pPr>
        <w:rPr>
          <w:rFonts w:asciiTheme="majorHAnsi" w:hAnsiTheme="majorHAnsi" w:cstheme="majorHAnsi"/>
        </w:rPr>
      </w:pPr>
    </w:p>
    <w:p w14:paraId="7098EC59" w14:textId="77777777" w:rsidR="00886D54" w:rsidRPr="00A65D2A" w:rsidRDefault="009D61FC">
      <w:pPr>
        <w:rPr>
          <w:rFonts w:asciiTheme="majorHAnsi" w:hAnsiTheme="majorHAnsi" w:cstheme="majorHAnsi"/>
        </w:rPr>
      </w:pPr>
      <w:r w:rsidRPr="00A65D2A">
        <w:rPr>
          <w:rFonts w:asciiTheme="majorHAnsi" w:hAnsiTheme="majorHAnsi" w:cstheme="majorHAnsi"/>
        </w:rPr>
        <w:t>Supporting Information</w:t>
      </w:r>
      <w:r w:rsidRPr="00A65D2A">
        <w:rPr>
          <w:rFonts w:asciiTheme="majorHAnsi" w:hAnsiTheme="majorHAnsi" w:cstheme="majorHAnsi"/>
        </w:rPr>
        <w:br/>
      </w:r>
      <w:r w:rsidRPr="00A65D2A">
        <w:rPr>
          <w:rFonts w:ascii="Segoe UI Symbol" w:hAnsi="Segoe UI Symbol" w:cs="Segoe UI Symbol"/>
        </w:rPr>
        <w:t>☐</w:t>
      </w:r>
      <w:r w:rsidRPr="00A65D2A">
        <w:rPr>
          <w:rFonts w:asciiTheme="majorHAnsi" w:hAnsiTheme="majorHAnsi" w:cstheme="majorHAnsi"/>
        </w:rPr>
        <w:t xml:space="preserve"> </w:t>
      </w:r>
      <w:proofErr w:type="gramStart"/>
      <w:r w:rsidRPr="00A65D2A">
        <w:rPr>
          <w:rFonts w:asciiTheme="majorHAnsi" w:hAnsiTheme="majorHAnsi" w:cstheme="majorHAnsi"/>
        </w:rPr>
        <w:t xml:space="preserve">Yes  </w:t>
      </w:r>
      <w:r w:rsidRPr="00A65D2A">
        <w:rPr>
          <w:rFonts w:ascii="Segoe UI Symbol" w:hAnsi="Segoe UI Symbol" w:cs="Segoe UI Symbol"/>
        </w:rPr>
        <w:t>☐</w:t>
      </w:r>
      <w:proofErr w:type="gramEnd"/>
      <w:r w:rsidRPr="00A65D2A">
        <w:rPr>
          <w:rFonts w:asciiTheme="majorHAnsi" w:hAnsiTheme="majorHAnsi" w:cstheme="majorHAnsi"/>
        </w:rPr>
        <w:t xml:space="preserve"> No</w:t>
      </w:r>
      <w:r w:rsidRPr="00A65D2A">
        <w:rPr>
          <w:rFonts w:asciiTheme="majorHAnsi" w:hAnsiTheme="majorHAnsi" w:cstheme="majorHAnsi"/>
        </w:rPr>
        <w:br/>
        <w:t>If yes, please list any documents attached:</w:t>
      </w:r>
      <w:r w:rsidRPr="00A65D2A">
        <w:rPr>
          <w:rFonts w:asciiTheme="majorHAnsi" w:hAnsiTheme="majorHAnsi" w:cstheme="majorHAnsi"/>
        </w:rPr>
        <w:br/>
        <w:t>______________________________________________________________</w:t>
      </w:r>
    </w:p>
    <w:p w14:paraId="5BF87FA1" w14:textId="77777777" w:rsidR="00A65D2A" w:rsidRDefault="00A65D2A">
      <w:pPr>
        <w:rPr>
          <w:rFonts w:asciiTheme="majorHAnsi" w:hAnsiTheme="majorHAnsi" w:cstheme="majorHAnsi"/>
        </w:rPr>
      </w:pPr>
    </w:p>
    <w:p w14:paraId="64A4ED1B" w14:textId="77777777" w:rsidR="00A65D2A" w:rsidRDefault="00A65D2A">
      <w:pPr>
        <w:rPr>
          <w:rFonts w:asciiTheme="majorHAnsi" w:hAnsiTheme="majorHAnsi" w:cstheme="majorHAnsi"/>
        </w:rPr>
      </w:pPr>
    </w:p>
    <w:p w14:paraId="35B017C8" w14:textId="6745323B" w:rsidR="00886D54" w:rsidRPr="00A65D2A" w:rsidRDefault="009D61FC">
      <w:pPr>
        <w:rPr>
          <w:rFonts w:asciiTheme="majorHAnsi" w:hAnsiTheme="majorHAnsi" w:cstheme="majorHAnsi"/>
        </w:rPr>
      </w:pPr>
      <w:r w:rsidRPr="00A65D2A">
        <w:rPr>
          <w:rFonts w:asciiTheme="majorHAnsi" w:hAnsiTheme="majorHAnsi" w:cstheme="majorHAnsi"/>
        </w:rPr>
        <w:t>Preferred Method of Contact</w:t>
      </w:r>
      <w:r w:rsidRPr="00A65D2A">
        <w:rPr>
          <w:rFonts w:asciiTheme="majorHAnsi" w:hAnsiTheme="majorHAnsi" w:cstheme="majorHAnsi"/>
        </w:rPr>
        <w:br/>
      </w:r>
      <w:r w:rsidRPr="00A65D2A">
        <w:rPr>
          <w:rFonts w:ascii="Segoe UI Symbol" w:hAnsi="Segoe UI Symbol" w:cs="Segoe UI Symbol"/>
        </w:rPr>
        <w:t>☐</w:t>
      </w:r>
      <w:r w:rsidRPr="00A65D2A">
        <w:rPr>
          <w:rFonts w:asciiTheme="majorHAnsi" w:hAnsiTheme="majorHAnsi" w:cstheme="majorHAnsi"/>
        </w:rPr>
        <w:t xml:space="preserve"> </w:t>
      </w:r>
      <w:proofErr w:type="gramStart"/>
      <w:r w:rsidRPr="00A65D2A">
        <w:rPr>
          <w:rFonts w:asciiTheme="majorHAnsi" w:hAnsiTheme="majorHAnsi" w:cstheme="majorHAnsi"/>
        </w:rPr>
        <w:t xml:space="preserve">Telephone  </w:t>
      </w:r>
      <w:r w:rsidRPr="00A65D2A">
        <w:rPr>
          <w:rFonts w:ascii="Segoe UI Symbol" w:hAnsi="Segoe UI Symbol" w:cs="Segoe UI Symbol"/>
        </w:rPr>
        <w:t>☐</w:t>
      </w:r>
      <w:proofErr w:type="gramEnd"/>
      <w:r w:rsidRPr="00A65D2A">
        <w:rPr>
          <w:rFonts w:asciiTheme="majorHAnsi" w:hAnsiTheme="majorHAnsi" w:cstheme="majorHAnsi"/>
        </w:rPr>
        <w:t xml:space="preserve"> </w:t>
      </w:r>
      <w:proofErr w:type="gramStart"/>
      <w:r w:rsidRPr="00A65D2A">
        <w:rPr>
          <w:rFonts w:asciiTheme="majorHAnsi" w:hAnsiTheme="majorHAnsi" w:cstheme="majorHAnsi"/>
        </w:rPr>
        <w:t xml:space="preserve">Email  </w:t>
      </w:r>
      <w:r w:rsidRPr="00A65D2A">
        <w:rPr>
          <w:rFonts w:ascii="Segoe UI Symbol" w:hAnsi="Segoe UI Symbol" w:cs="Segoe UI Symbol"/>
        </w:rPr>
        <w:t>☐</w:t>
      </w:r>
      <w:proofErr w:type="gramEnd"/>
      <w:r w:rsidRPr="00A65D2A">
        <w:rPr>
          <w:rFonts w:asciiTheme="majorHAnsi" w:hAnsiTheme="majorHAnsi" w:cstheme="majorHAnsi"/>
        </w:rPr>
        <w:t xml:space="preserve"> Letter</w:t>
      </w:r>
    </w:p>
    <w:p w14:paraId="0DD7D6D1" w14:textId="77777777" w:rsidR="00A65D2A" w:rsidRDefault="00A65D2A">
      <w:pPr>
        <w:rPr>
          <w:rFonts w:asciiTheme="majorHAnsi" w:hAnsiTheme="majorHAnsi" w:cstheme="majorHAnsi"/>
        </w:rPr>
      </w:pPr>
    </w:p>
    <w:p w14:paraId="3F8D1A77" w14:textId="2628FF53" w:rsidR="00886D54" w:rsidRPr="00A65D2A" w:rsidRDefault="009D61FC">
      <w:pPr>
        <w:rPr>
          <w:rFonts w:asciiTheme="majorHAnsi" w:hAnsiTheme="majorHAnsi" w:cstheme="majorHAnsi"/>
        </w:rPr>
      </w:pPr>
      <w:r w:rsidRPr="00A65D2A">
        <w:rPr>
          <w:rFonts w:asciiTheme="majorHAnsi" w:hAnsiTheme="majorHAnsi" w:cstheme="majorHAnsi"/>
        </w:rPr>
        <w:lastRenderedPageBreak/>
        <w:t>Best Time to Contact You</w:t>
      </w:r>
      <w:r w:rsidRPr="00A65D2A">
        <w:rPr>
          <w:rFonts w:asciiTheme="majorHAnsi" w:hAnsiTheme="majorHAnsi" w:cstheme="majorHAnsi"/>
        </w:rPr>
        <w:br/>
      </w:r>
      <w:r w:rsidRPr="00A65D2A">
        <w:rPr>
          <w:rFonts w:ascii="Segoe UI Symbol" w:hAnsi="Segoe UI Symbol" w:cs="Segoe UI Symbol"/>
        </w:rPr>
        <w:t>☐</w:t>
      </w:r>
      <w:r w:rsidRPr="00A65D2A">
        <w:rPr>
          <w:rFonts w:asciiTheme="majorHAnsi" w:hAnsiTheme="majorHAnsi" w:cstheme="majorHAnsi"/>
        </w:rPr>
        <w:t xml:space="preserve"> </w:t>
      </w:r>
      <w:proofErr w:type="gramStart"/>
      <w:r w:rsidRPr="00A65D2A">
        <w:rPr>
          <w:rFonts w:asciiTheme="majorHAnsi" w:hAnsiTheme="majorHAnsi" w:cstheme="majorHAnsi"/>
        </w:rPr>
        <w:t xml:space="preserve">Morning  </w:t>
      </w:r>
      <w:r w:rsidRPr="00A65D2A">
        <w:rPr>
          <w:rFonts w:ascii="Segoe UI Symbol" w:hAnsi="Segoe UI Symbol" w:cs="Segoe UI Symbol"/>
        </w:rPr>
        <w:t>☐</w:t>
      </w:r>
      <w:proofErr w:type="gramEnd"/>
      <w:r w:rsidRPr="00A65D2A">
        <w:rPr>
          <w:rFonts w:asciiTheme="majorHAnsi" w:hAnsiTheme="majorHAnsi" w:cstheme="majorHAnsi"/>
        </w:rPr>
        <w:t xml:space="preserve"> </w:t>
      </w:r>
      <w:proofErr w:type="gramStart"/>
      <w:r w:rsidRPr="00A65D2A">
        <w:rPr>
          <w:rFonts w:asciiTheme="majorHAnsi" w:hAnsiTheme="majorHAnsi" w:cstheme="majorHAnsi"/>
        </w:rPr>
        <w:t xml:space="preserve">Afternoon  </w:t>
      </w:r>
      <w:r w:rsidRPr="00A65D2A">
        <w:rPr>
          <w:rFonts w:ascii="Segoe UI Symbol" w:hAnsi="Segoe UI Symbol" w:cs="Segoe UI Symbol"/>
        </w:rPr>
        <w:t>☐</w:t>
      </w:r>
      <w:proofErr w:type="gramEnd"/>
      <w:r w:rsidRPr="00A65D2A">
        <w:rPr>
          <w:rFonts w:asciiTheme="majorHAnsi" w:hAnsiTheme="majorHAnsi" w:cstheme="majorHAnsi"/>
        </w:rPr>
        <w:t xml:space="preserve"> Evening</w:t>
      </w:r>
    </w:p>
    <w:p w14:paraId="646CB6AA" w14:textId="77777777" w:rsidR="00A65D2A" w:rsidRDefault="00A65D2A">
      <w:pPr>
        <w:rPr>
          <w:rFonts w:asciiTheme="majorHAnsi" w:hAnsiTheme="majorHAnsi" w:cstheme="majorHAnsi"/>
        </w:rPr>
      </w:pPr>
    </w:p>
    <w:p w14:paraId="233D13A9" w14:textId="2C58C43A" w:rsidR="00886D54" w:rsidRPr="00A65D2A" w:rsidRDefault="009D61FC">
      <w:pPr>
        <w:rPr>
          <w:rFonts w:asciiTheme="majorHAnsi" w:hAnsiTheme="majorHAnsi" w:cstheme="majorHAnsi"/>
        </w:rPr>
      </w:pPr>
      <w:r w:rsidRPr="00A65D2A">
        <w:rPr>
          <w:rFonts w:asciiTheme="majorHAnsi" w:hAnsiTheme="majorHAnsi" w:cstheme="majorHAnsi"/>
        </w:rPr>
        <w:t>Consent</w:t>
      </w:r>
      <w:r w:rsidRPr="00A65D2A">
        <w:rPr>
          <w:rFonts w:asciiTheme="majorHAnsi" w:hAnsiTheme="majorHAnsi" w:cstheme="majorHAnsi"/>
        </w:rPr>
        <w:br/>
        <w:t>I confirm that the information I have provided is accurate to the best of my knowledge.</w:t>
      </w:r>
      <w:r w:rsidRPr="00A65D2A">
        <w:rPr>
          <w:rFonts w:asciiTheme="majorHAnsi" w:hAnsiTheme="majorHAnsi" w:cstheme="majorHAnsi"/>
        </w:rPr>
        <w:br/>
      </w:r>
      <w:r w:rsidRPr="00A65D2A">
        <w:rPr>
          <w:rFonts w:asciiTheme="majorHAnsi" w:hAnsiTheme="majorHAnsi" w:cstheme="majorHAnsi"/>
        </w:rPr>
        <w:br/>
        <w:t>Signature: ____________________    Date: ____ / ____ / ______</w:t>
      </w:r>
    </w:p>
    <w:p w14:paraId="7927F85B" w14:textId="77777777" w:rsidR="00886D54" w:rsidRPr="00A65D2A" w:rsidRDefault="009D61FC">
      <w:pPr>
        <w:pStyle w:val="Heading2"/>
        <w:rPr>
          <w:rFonts w:cstheme="majorHAnsi"/>
        </w:rPr>
      </w:pPr>
      <w:r w:rsidRPr="00A65D2A">
        <w:rPr>
          <w:rFonts w:cstheme="majorHAnsi"/>
        </w:rPr>
        <w:t>Practice Use Only</w:t>
      </w:r>
    </w:p>
    <w:p w14:paraId="0D6FC395" w14:textId="77777777" w:rsidR="00886D54" w:rsidRPr="00A65D2A" w:rsidRDefault="009D61FC">
      <w:pPr>
        <w:rPr>
          <w:rFonts w:asciiTheme="majorHAnsi" w:hAnsiTheme="majorHAnsi" w:cstheme="majorHAnsi"/>
        </w:rPr>
      </w:pPr>
      <w:r w:rsidRPr="00A65D2A">
        <w:rPr>
          <w:rFonts w:asciiTheme="majorHAnsi" w:hAnsiTheme="majorHAnsi" w:cstheme="majorHAnsi"/>
        </w:rPr>
        <w:t>Complaint Reference Number: __________________________</w:t>
      </w:r>
    </w:p>
    <w:p w14:paraId="13AEDCCF" w14:textId="77777777" w:rsidR="00886D54" w:rsidRPr="00A65D2A" w:rsidRDefault="009D61FC">
      <w:pPr>
        <w:rPr>
          <w:rFonts w:asciiTheme="majorHAnsi" w:hAnsiTheme="majorHAnsi" w:cstheme="majorHAnsi"/>
        </w:rPr>
      </w:pPr>
      <w:r w:rsidRPr="00A65D2A">
        <w:rPr>
          <w:rFonts w:asciiTheme="majorHAnsi" w:hAnsiTheme="majorHAnsi" w:cstheme="majorHAnsi"/>
        </w:rPr>
        <w:t>Date Received: ____________________</w:t>
      </w:r>
    </w:p>
    <w:p w14:paraId="3659B516" w14:textId="77777777" w:rsidR="00886D54" w:rsidRPr="00A65D2A" w:rsidRDefault="009D61FC">
      <w:pPr>
        <w:rPr>
          <w:rFonts w:asciiTheme="majorHAnsi" w:hAnsiTheme="majorHAnsi" w:cstheme="majorHAnsi"/>
        </w:rPr>
      </w:pPr>
      <w:r w:rsidRPr="00A65D2A">
        <w:rPr>
          <w:rFonts w:asciiTheme="majorHAnsi" w:hAnsiTheme="majorHAnsi" w:cstheme="majorHAnsi"/>
        </w:rPr>
        <w:t>Received By: ______________________</w:t>
      </w:r>
    </w:p>
    <w:p w14:paraId="2A84D633" w14:textId="77777777" w:rsidR="00886D54" w:rsidRPr="00A65D2A" w:rsidRDefault="009D61FC">
      <w:pPr>
        <w:rPr>
          <w:rFonts w:asciiTheme="majorHAnsi" w:hAnsiTheme="majorHAnsi" w:cstheme="majorHAnsi"/>
        </w:rPr>
      </w:pPr>
      <w:r w:rsidRPr="00A65D2A">
        <w:rPr>
          <w:rFonts w:asciiTheme="majorHAnsi" w:hAnsiTheme="majorHAnsi" w:cstheme="majorHAnsi"/>
        </w:rPr>
        <w:t xml:space="preserve">Acknowledgement Sent: </w:t>
      </w:r>
      <w:r w:rsidRPr="00A65D2A">
        <w:rPr>
          <w:rFonts w:ascii="Segoe UI Symbol" w:hAnsi="Segoe UI Symbol" w:cs="Segoe UI Symbol"/>
        </w:rPr>
        <w:t>☐</w:t>
      </w:r>
      <w:r w:rsidRPr="00A65D2A">
        <w:rPr>
          <w:rFonts w:asciiTheme="majorHAnsi" w:hAnsiTheme="majorHAnsi" w:cstheme="majorHAnsi"/>
        </w:rPr>
        <w:t xml:space="preserve"> Yes </w:t>
      </w:r>
      <w:r w:rsidRPr="00A65D2A">
        <w:rPr>
          <w:rFonts w:ascii="Segoe UI Symbol" w:hAnsi="Segoe UI Symbol" w:cs="Segoe UI Symbol"/>
        </w:rPr>
        <w:t>☐</w:t>
      </w:r>
      <w:r w:rsidRPr="00A65D2A">
        <w:rPr>
          <w:rFonts w:asciiTheme="majorHAnsi" w:hAnsiTheme="majorHAnsi" w:cstheme="majorHAnsi"/>
        </w:rPr>
        <w:t xml:space="preserve"> No    Date: ______________</w:t>
      </w:r>
    </w:p>
    <w:p w14:paraId="451A27C3" w14:textId="77777777" w:rsidR="00886D54" w:rsidRPr="00A65D2A" w:rsidRDefault="009D61FC">
      <w:pPr>
        <w:rPr>
          <w:rFonts w:asciiTheme="majorHAnsi" w:hAnsiTheme="majorHAnsi" w:cstheme="majorHAnsi"/>
        </w:rPr>
      </w:pPr>
      <w:r w:rsidRPr="00A65D2A">
        <w:rPr>
          <w:rFonts w:asciiTheme="majorHAnsi" w:hAnsiTheme="majorHAnsi" w:cstheme="majorHAnsi"/>
        </w:rPr>
        <w:t>Response Due By: __________________</w:t>
      </w:r>
    </w:p>
    <w:p w14:paraId="17743763" w14:textId="77777777" w:rsidR="00886D54" w:rsidRPr="00A65D2A" w:rsidRDefault="009D61FC">
      <w:pPr>
        <w:rPr>
          <w:rFonts w:asciiTheme="majorHAnsi" w:hAnsiTheme="majorHAnsi" w:cstheme="majorHAnsi"/>
        </w:rPr>
      </w:pPr>
      <w:r w:rsidRPr="00A65D2A">
        <w:rPr>
          <w:rFonts w:asciiTheme="majorHAnsi" w:hAnsiTheme="majorHAnsi" w:cstheme="majorHAnsi"/>
        </w:rPr>
        <w:t>Complaint Handler: ________________</w:t>
      </w:r>
    </w:p>
    <w:p w14:paraId="607D98BF" w14:textId="77777777" w:rsidR="00886D54" w:rsidRPr="00A65D2A" w:rsidRDefault="009D61FC">
      <w:pPr>
        <w:rPr>
          <w:rFonts w:asciiTheme="majorHAnsi" w:hAnsiTheme="majorHAnsi" w:cstheme="majorHAnsi"/>
        </w:rPr>
      </w:pPr>
      <w:r w:rsidRPr="00A65D2A">
        <w:rPr>
          <w:rFonts w:asciiTheme="majorHAnsi" w:hAnsiTheme="majorHAnsi" w:cstheme="majorHAnsi"/>
        </w:rPr>
        <w:t xml:space="preserve">Outcome: </w:t>
      </w:r>
      <w:r w:rsidRPr="00A65D2A">
        <w:rPr>
          <w:rFonts w:ascii="Segoe UI Symbol" w:hAnsi="Segoe UI Symbol" w:cs="Segoe UI Symbol"/>
        </w:rPr>
        <w:t>☐</w:t>
      </w:r>
      <w:r w:rsidRPr="00A65D2A">
        <w:rPr>
          <w:rFonts w:asciiTheme="majorHAnsi" w:hAnsiTheme="majorHAnsi" w:cstheme="majorHAnsi"/>
        </w:rPr>
        <w:t xml:space="preserve"> Upheld  </w:t>
      </w:r>
      <w:r w:rsidRPr="00A65D2A">
        <w:rPr>
          <w:rFonts w:ascii="Segoe UI Symbol" w:hAnsi="Segoe UI Symbol" w:cs="Segoe UI Symbol"/>
        </w:rPr>
        <w:t>☐</w:t>
      </w:r>
      <w:r w:rsidRPr="00A65D2A">
        <w:rPr>
          <w:rFonts w:asciiTheme="majorHAnsi" w:hAnsiTheme="majorHAnsi" w:cstheme="majorHAnsi"/>
        </w:rPr>
        <w:t xml:space="preserve"> Partially Upheld  </w:t>
      </w:r>
      <w:r w:rsidRPr="00A65D2A">
        <w:rPr>
          <w:rFonts w:ascii="Segoe UI Symbol" w:hAnsi="Segoe UI Symbol" w:cs="Segoe UI Symbol"/>
        </w:rPr>
        <w:t>☐</w:t>
      </w:r>
      <w:r w:rsidRPr="00A65D2A">
        <w:rPr>
          <w:rFonts w:asciiTheme="majorHAnsi" w:hAnsiTheme="majorHAnsi" w:cstheme="majorHAnsi"/>
        </w:rPr>
        <w:t xml:space="preserve"> Not Upheld</w:t>
      </w:r>
    </w:p>
    <w:p w14:paraId="4D59B1AD" w14:textId="77777777" w:rsidR="00886D54" w:rsidRPr="00A65D2A" w:rsidRDefault="009D61FC">
      <w:pPr>
        <w:rPr>
          <w:rFonts w:asciiTheme="majorHAnsi" w:hAnsiTheme="majorHAnsi" w:cstheme="majorHAnsi"/>
        </w:rPr>
      </w:pPr>
      <w:r w:rsidRPr="00A65D2A">
        <w:rPr>
          <w:rFonts w:asciiTheme="majorHAnsi" w:hAnsiTheme="majorHAnsi" w:cstheme="majorHAnsi"/>
        </w:rPr>
        <w:t>Date Closed: ______________________</w:t>
      </w:r>
    </w:p>
    <w:p w14:paraId="05020EF8" w14:textId="77777777" w:rsidR="00886D54" w:rsidRPr="00A65D2A" w:rsidRDefault="009D61FC">
      <w:pPr>
        <w:pStyle w:val="Heading2"/>
        <w:rPr>
          <w:rFonts w:cstheme="majorHAnsi"/>
        </w:rPr>
      </w:pPr>
      <w:r w:rsidRPr="00A65D2A">
        <w:rPr>
          <w:rFonts w:cstheme="majorHAnsi"/>
        </w:rPr>
        <w:t>How to Submit Your Complaint</w:t>
      </w:r>
    </w:p>
    <w:p w14:paraId="3B0500C2" w14:textId="1CB387D9" w:rsidR="00886D54" w:rsidRPr="00A65D2A" w:rsidRDefault="009D61FC">
      <w:pPr>
        <w:rPr>
          <w:rFonts w:asciiTheme="majorHAnsi" w:hAnsiTheme="majorHAnsi" w:cstheme="majorHAnsi"/>
        </w:rPr>
      </w:pPr>
      <w:r w:rsidRPr="00A65D2A">
        <w:rPr>
          <w:rFonts w:asciiTheme="majorHAnsi" w:hAnsiTheme="majorHAnsi" w:cstheme="majorHAnsi"/>
        </w:rPr>
        <w:t xml:space="preserve">Email: </w:t>
      </w:r>
      <w:hyperlink r:id="rId9" w:history="1">
        <w:r w:rsidR="00A65D2A" w:rsidRPr="00A65D2A">
          <w:rPr>
            <w:rStyle w:val="Hyperlink"/>
            <w:rFonts w:asciiTheme="majorHAnsi" w:hAnsiTheme="majorHAnsi" w:cstheme="majorHAnsi"/>
            <w:b/>
            <w:bCs/>
            <w:color w:val="EE0000"/>
            <w:sz w:val="24"/>
            <w:szCs w:val="24"/>
          </w:rPr>
          <w:t>nhsbsolicb.receptionywhc@nhs.net</w:t>
        </w:r>
      </w:hyperlink>
    </w:p>
    <w:p w14:paraId="49FAE2F3" w14:textId="16534159" w:rsidR="00886D54" w:rsidRPr="00A65D2A" w:rsidRDefault="009D61FC">
      <w:pPr>
        <w:rPr>
          <w:rFonts w:asciiTheme="majorHAnsi" w:hAnsiTheme="majorHAnsi" w:cstheme="majorHAnsi"/>
        </w:rPr>
      </w:pPr>
      <w:r w:rsidRPr="00A65D2A">
        <w:rPr>
          <w:rFonts w:asciiTheme="majorHAnsi" w:hAnsiTheme="majorHAnsi" w:cstheme="majorHAnsi"/>
        </w:rPr>
        <w:t>Post: Yardley Wood Health Centre</w:t>
      </w:r>
      <w:r w:rsidR="00A65D2A">
        <w:rPr>
          <w:rFonts w:asciiTheme="majorHAnsi" w:hAnsiTheme="majorHAnsi" w:cstheme="majorHAnsi"/>
        </w:rPr>
        <w:t>: 401 Highfield Road, Yardley Wood, Birmingham, B14 4DU</w:t>
      </w:r>
    </w:p>
    <w:p w14:paraId="38E16144" w14:textId="77777777" w:rsidR="00886D54" w:rsidRPr="00A65D2A" w:rsidRDefault="009D61FC">
      <w:pPr>
        <w:rPr>
          <w:rFonts w:asciiTheme="majorHAnsi" w:hAnsiTheme="majorHAnsi" w:cstheme="majorHAnsi"/>
        </w:rPr>
      </w:pPr>
      <w:r w:rsidRPr="00A65D2A">
        <w:rPr>
          <w:rFonts w:asciiTheme="majorHAnsi" w:hAnsiTheme="majorHAnsi" w:cstheme="majorHAnsi"/>
        </w:rPr>
        <w:t>Hand this form to Reception.</w:t>
      </w:r>
    </w:p>
    <w:sectPr w:rsidR="00886D54" w:rsidRPr="00A65D2A" w:rsidSect="00034616">
      <w:head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0E358" w14:textId="77777777" w:rsidR="009D61FC" w:rsidRDefault="009D61FC" w:rsidP="00A65D2A">
      <w:pPr>
        <w:spacing w:after="0" w:line="240" w:lineRule="auto"/>
      </w:pPr>
      <w:r>
        <w:separator/>
      </w:r>
    </w:p>
  </w:endnote>
  <w:endnote w:type="continuationSeparator" w:id="0">
    <w:p w14:paraId="6260676C" w14:textId="77777777" w:rsidR="009D61FC" w:rsidRDefault="009D61FC" w:rsidP="00A65D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8F9A8" w14:textId="77777777" w:rsidR="009D61FC" w:rsidRDefault="009D61FC" w:rsidP="00A65D2A">
      <w:pPr>
        <w:spacing w:after="0" w:line="240" w:lineRule="auto"/>
      </w:pPr>
      <w:r>
        <w:separator/>
      </w:r>
    </w:p>
  </w:footnote>
  <w:footnote w:type="continuationSeparator" w:id="0">
    <w:p w14:paraId="19EB6A31" w14:textId="77777777" w:rsidR="009D61FC" w:rsidRDefault="009D61FC" w:rsidP="00A65D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5FF4F" w14:textId="77777777" w:rsidR="00A65D2A" w:rsidRDefault="00A65D2A" w:rsidP="00A65D2A">
    <w:pPr>
      <w:pStyle w:val="Title"/>
      <w:spacing w:after="0"/>
      <w:jc w:val="center"/>
      <w:rPr>
        <w:rFonts w:ascii="Arial Black" w:hAnsi="Arial Black"/>
        <w:color w:val="auto"/>
        <w:sz w:val="40"/>
        <w:szCs w:val="40"/>
      </w:rPr>
    </w:pPr>
    <w:r w:rsidRPr="00A65D2A">
      <w:rPr>
        <w:rFonts w:ascii="Arial Black" w:hAnsi="Arial Black"/>
        <w:color w:val="auto"/>
        <w:sz w:val="40"/>
        <w:szCs w:val="40"/>
      </w:rPr>
      <w:t>Yardley Wood Health Centre</w:t>
    </w:r>
  </w:p>
  <w:p w14:paraId="150FC6EB" w14:textId="69428284" w:rsidR="00A65D2A" w:rsidRPr="00A65D2A" w:rsidRDefault="00A65D2A" w:rsidP="00A65D2A">
    <w:pPr>
      <w:pStyle w:val="Title"/>
      <w:spacing w:after="0"/>
      <w:jc w:val="center"/>
      <w:rPr>
        <w:rFonts w:ascii="Arial Black" w:hAnsi="Arial Black"/>
        <w:b/>
        <w:bCs/>
        <w:color w:val="auto"/>
        <w:sz w:val="20"/>
        <w:szCs w:val="20"/>
      </w:rPr>
    </w:pPr>
    <w:r w:rsidRPr="00A65D2A">
      <w:rPr>
        <w:rFonts w:ascii="Arial Black" w:hAnsi="Arial Black"/>
        <w:b/>
        <w:bCs/>
        <w:color w:val="auto"/>
        <w:sz w:val="20"/>
        <w:szCs w:val="20"/>
      </w:rPr>
      <w:t>401, Highfield Road, Birmingham, B14 4DU</w:t>
    </w:r>
  </w:p>
  <w:p w14:paraId="194EF193" w14:textId="77777777" w:rsidR="00A65D2A" w:rsidRPr="00A65D2A" w:rsidRDefault="00A65D2A" w:rsidP="00A65D2A">
    <w:pPr>
      <w:spacing w:after="0"/>
      <w:jc w:val="center"/>
      <w:rPr>
        <w:rFonts w:ascii="Arial Black" w:hAnsi="Arial Black"/>
        <w:b/>
        <w:bCs/>
        <w:sz w:val="20"/>
        <w:szCs w:val="20"/>
      </w:rPr>
    </w:pPr>
    <w:r w:rsidRPr="00A65D2A">
      <w:rPr>
        <w:rFonts w:ascii="Arial Black" w:hAnsi="Arial Black"/>
        <w:b/>
        <w:bCs/>
        <w:sz w:val="20"/>
        <w:szCs w:val="20"/>
      </w:rPr>
      <w:t>Tel: 0121 474 5186. Email: nhsbsolccg.receptionywhc@nhs.net</w:t>
    </w:r>
  </w:p>
  <w:p w14:paraId="3A649585" w14:textId="10704F1F" w:rsidR="00A65D2A" w:rsidRDefault="00A65D2A" w:rsidP="00A65D2A">
    <w:pPr>
      <w:spacing w:after="0"/>
      <w:jc w:val="center"/>
    </w:pPr>
    <w:r w:rsidRPr="00A65D2A">
      <w:rPr>
        <w:rFonts w:ascii="Arial Black" w:hAnsi="Arial Black"/>
        <w:b/>
        <w:bCs/>
        <w:sz w:val="20"/>
        <w:szCs w:val="20"/>
      </w:rPr>
      <w:t>www.yardleywoodhc.co.uk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5D380502"/>
    <w:multiLevelType w:val="hybridMultilevel"/>
    <w:tmpl w:val="C3204C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2952870">
    <w:abstractNumId w:val="8"/>
  </w:num>
  <w:num w:numId="2" w16cid:durableId="1099302271">
    <w:abstractNumId w:val="6"/>
  </w:num>
  <w:num w:numId="3" w16cid:durableId="1982342071">
    <w:abstractNumId w:val="5"/>
  </w:num>
  <w:num w:numId="4" w16cid:durableId="645358499">
    <w:abstractNumId w:val="4"/>
  </w:num>
  <w:num w:numId="5" w16cid:durableId="267740053">
    <w:abstractNumId w:val="7"/>
  </w:num>
  <w:num w:numId="6" w16cid:durableId="1489708083">
    <w:abstractNumId w:val="3"/>
  </w:num>
  <w:num w:numId="7" w16cid:durableId="2098207271">
    <w:abstractNumId w:val="2"/>
  </w:num>
  <w:num w:numId="8" w16cid:durableId="1467550170">
    <w:abstractNumId w:val="1"/>
  </w:num>
  <w:num w:numId="9" w16cid:durableId="1422948475">
    <w:abstractNumId w:val="0"/>
  </w:num>
  <w:num w:numId="10" w16cid:durableId="1035029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886D54"/>
    <w:rsid w:val="009D61FC"/>
    <w:rsid w:val="00A65D2A"/>
    <w:rsid w:val="00AA1D8D"/>
    <w:rsid w:val="00B47730"/>
    <w:rsid w:val="00CB0664"/>
    <w:rsid w:val="00E649C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538CAF"/>
  <w14:defaultImageDpi w14:val="300"/>
  <w15:docId w15:val="{BF8913B8-7BD4-455A-8552-F4A0D28AD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rsid w:val="00A65D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hsbsolicb.receptionywhc@nhs.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hsbsolicb.receptionywhc@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344</Words>
  <Characters>1964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RAJA, Sophia-Bi (YARDLEY WOOD HEALTH CENTRE)</cp:lastModifiedBy>
  <cp:revision>2</cp:revision>
  <dcterms:created xsi:type="dcterms:W3CDTF">2026-07-29T10:30:00Z</dcterms:created>
  <dcterms:modified xsi:type="dcterms:W3CDTF">2026-07-29T10:30:00Z</dcterms:modified>
  <cp:category/>
</cp:coreProperties>
</file>